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1477D" w14:textId="77777777" w:rsidR="00A748D9" w:rsidRPr="00A748D9" w:rsidRDefault="00A748D9" w:rsidP="00A748D9">
      <w:pPr>
        <w:pStyle w:val="Titolo1"/>
        <w:spacing w:before="0" w:line="240" w:lineRule="auto"/>
        <w:jc w:val="center"/>
        <w:rPr>
          <w:color w:val="000000" w:themeColor="text1"/>
          <w:lang w:val="it-IT"/>
        </w:rPr>
      </w:pPr>
      <w:r w:rsidRPr="00A748D9">
        <w:rPr>
          <w:color w:val="000000" w:themeColor="text1"/>
          <w:lang w:val="it-IT"/>
        </w:rPr>
        <w:t>Modulo di Recesso – Fac-simile</w:t>
      </w:r>
    </w:p>
    <w:p w14:paraId="3A59846B" w14:textId="77777777" w:rsidR="00A748D9" w:rsidRPr="00A748D9" w:rsidRDefault="00A748D9" w:rsidP="00A748D9">
      <w:pPr>
        <w:rPr>
          <w:lang w:val="it-IT"/>
        </w:rPr>
      </w:pPr>
    </w:p>
    <w:p w14:paraId="7680881C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Compilare e restituire il presente modulo solo se si desidera recedere dal contratto di acquisto.</w:t>
      </w:r>
    </w:p>
    <w:p w14:paraId="3BF28432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— Destinatario: Perini Color</w:t>
      </w:r>
    </w:p>
    <w:p w14:paraId="61C64CE7" w14:textId="0B2A336F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 xml:space="preserve">— Indirizzo: </w:t>
      </w:r>
      <w:r>
        <w:rPr>
          <w:lang w:val="it-IT"/>
        </w:rPr>
        <w:t>Via Toscanini, 1 – 65015 Montesilvano (PE)</w:t>
      </w:r>
    </w:p>
    <w:p w14:paraId="0F81127D" w14:textId="7DF0630B" w:rsidR="00A748D9" w:rsidRPr="00A748D9" w:rsidRDefault="00A748D9" w:rsidP="00A748D9">
      <w:pPr>
        <w:rPr>
          <w:b/>
          <w:bCs/>
          <w:lang w:val="it-IT"/>
        </w:rPr>
      </w:pPr>
      <w:r w:rsidRPr="00A748D9">
        <w:rPr>
          <w:lang w:val="it-IT"/>
        </w:rPr>
        <w:t xml:space="preserve">— </w:t>
      </w:r>
      <w:proofErr w:type="gramStart"/>
      <w:r w:rsidRPr="00A748D9">
        <w:rPr>
          <w:lang w:val="it-IT"/>
        </w:rPr>
        <w:t>Email</w:t>
      </w:r>
      <w:proofErr w:type="gramEnd"/>
      <w:r w:rsidRPr="00A748D9">
        <w:rPr>
          <w:lang w:val="it-IT"/>
        </w:rPr>
        <w:t xml:space="preserve">: </w:t>
      </w:r>
      <w:r w:rsidRPr="00A748D9">
        <w:rPr>
          <w:b/>
          <w:bCs/>
          <w:lang w:val="it-IT"/>
        </w:rPr>
        <w:t>info@perinicolor.it</w:t>
      </w:r>
    </w:p>
    <w:p w14:paraId="65AEED58" w14:textId="17F75181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 xml:space="preserve">— Telefono: </w:t>
      </w:r>
      <w:r w:rsidRPr="00A748D9">
        <w:rPr>
          <w:b/>
          <w:bCs/>
          <w:lang w:val="it-IT"/>
        </w:rPr>
        <w:t>085.8962608</w:t>
      </w:r>
    </w:p>
    <w:p w14:paraId="02D4420F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br/>
        <w:t>Con la presente io/noi (*) notifico/notifichiamo il recesso dal mio/nostro (*) contratto di vendita dei seguenti beni:</w:t>
      </w:r>
    </w:p>
    <w:p w14:paraId="23F6DAF2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br/>
        <w:t>Prodotto/i restituito/i: ________________________________________________</w:t>
      </w:r>
    </w:p>
    <w:p w14:paraId="503A30CF" w14:textId="56ECF0BA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 xml:space="preserve">Ordine n.: _______________________________  </w:t>
      </w:r>
      <w:r>
        <w:rPr>
          <w:lang w:val="it-IT"/>
        </w:rPr>
        <w:t xml:space="preserve"> </w:t>
      </w:r>
      <w:r w:rsidRPr="00A748D9">
        <w:rPr>
          <w:lang w:val="it-IT"/>
        </w:rPr>
        <w:t>Data ordine: ___/___/______</w:t>
      </w:r>
    </w:p>
    <w:p w14:paraId="636F5D33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Data ricezione: ___/___/______</w:t>
      </w:r>
    </w:p>
    <w:p w14:paraId="42574BDD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br/>
        <w:t>Nome e cognome: ________________________________________________</w:t>
      </w:r>
    </w:p>
    <w:p w14:paraId="2A062B10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Indirizzo del consumatore: ________________________________________________</w:t>
      </w:r>
    </w:p>
    <w:p w14:paraId="49AECD1E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Firma del consumatore (solo se il modulo è inviato in versione cartacea): __________________</w:t>
      </w:r>
    </w:p>
    <w:p w14:paraId="51FFDC9A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t>Data: ___/___/______</w:t>
      </w:r>
    </w:p>
    <w:p w14:paraId="5FBEDE94" w14:textId="77777777" w:rsidR="00A748D9" w:rsidRPr="00A748D9" w:rsidRDefault="00A748D9" w:rsidP="00A748D9">
      <w:pPr>
        <w:rPr>
          <w:lang w:val="it-IT"/>
        </w:rPr>
      </w:pPr>
      <w:r w:rsidRPr="00A748D9">
        <w:rPr>
          <w:lang w:val="it-IT"/>
        </w:rPr>
        <w:br/>
        <w:t>(*) Cancellare la dicitura non pertinente.</w:t>
      </w:r>
    </w:p>
    <w:p w14:paraId="74164571" w14:textId="64DF843F" w:rsidR="00DD14E6" w:rsidRPr="00A748D9" w:rsidRDefault="00DD14E6">
      <w:pPr>
        <w:rPr>
          <w:lang w:val="it-IT"/>
        </w:rPr>
      </w:pPr>
    </w:p>
    <w:sectPr w:rsidR="00DD14E6" w:rsidRPr="00A748D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92181430">
    <w:abstractNumId w:val="8"/>
  </w:num>
  <w:num w:numId="2" w16cid:durableId="1227303945">
    <w:abstractNumId w:val="6"/>
  </w:num>
  <w:num w:numId="3" w16cid:durableId="34040188">
    <w:abstractNumId w:val="5"/>
  </w:num>
  <w:num w:numId="4" w16cid:durableId="438330461">
    <w:abstractNumId w:val="4"/>
  </w:num>
  <w:num w:numId="5" w16cid:durableId="1076509821">
    <w:abstractNumId w:val="7"/>
  </w:num>
  <w:num w:numId="6" w16cid:durableId="561987467">
    <w:abstractNumId w:val="3"/>
  </w:num>
  <w:num w:numId="7" w16cid:durableId="2035423606">
    <w:abstractNumId w:val="2"/>
  </w:num>
  <w:num w:numId="8" w16cid:durableId="462622414">
    <w:abstractNumId w:val="1"/>
  </w:num>
  <w:num w:numId="9" w16cid:durableId="1547133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19FE"/>
    <w:rsid w:val="0015074B"/>
    <w:rsid w:val="0029639D"/>
    <w:rsid w:val="00326F90"/>
    <w:rsid w:val="00A748D9"/>
    <w:rsid w:val="00AA1D8D"/>
    <w:rsid w:val="00B47730"/>
    <w:rsid w:val="00CB0664"/>
    <w:rsid w:val="00DD14E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5D9518"/>
  <w14:defaultImageDpi w14:val="300"/>
  <w15:docId w15:val="{0B3E6EE0-0929-2D42-929E-C64984DF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Alessio Perini</cp:lastModifiedBy>
  <cp:revision>2</cp:revision>
  <dcterms:created xsi:type="dcterms:W3CDTF">2013-12-23T23:15:00Z</dcterms:created>
  <dcterms:modified xsi:type="dcterms:W3CDTF">2025-09-03T12:37:00Z</dcterms:modified>
  <cp:category/>
</cp:coreProperties>
</file>